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садоводческому некоммерческому товариществу «Сибирский садовод»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СНТ "Сибирский садовод" (подробнее) Ответчики: Управление Федеральной антимонопольной службы по АК.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