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18.12.2023,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«Енисейская территориальная генерирующая компания (ТГК-13)»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