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Ласкину Кириллу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