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05.02.2024,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«Байкальская энергетическая компания»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