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07.12.2023,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«Научно-производственное предприятие Спецавиа»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