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Управе района Орехово-Борисово Южное города Москвы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"Агроаспект" (подробнее) ООО "Агроаспект" (подробнее) Ответчики: УПРАВА РАЙОНА ОРЕХОВО-БОРИСОВО ЮЖНОЕ ГОРОДА МОСКВЫ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