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«Русская кожа Алтай»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