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сельского хозяйства и продовольствия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сельского хозяйства, торговли, пищевой и перерабатывающей промышленности Хабаровского края (подробнее) Ответчики: ИП Жидяев Алексей Валерьевич (подробнее) Иные лица: Министерство сельского хозяйства и продовольствия Хабаровского края (подробнее) ООО "Оценка-Партнер" (подробнее) ООО "Оценка-Партнер", Демьяненко Ю.А. (подробнее) ООО "Оценка-Партнер", Якимчук С.С. (подробнее) Отдел адресно-справочной работы УВМ УМВД России по Хабаровскому краю (подробнее) Управление Федеральной службы государственной регистрации, кадарстра и картографии по Хабаровскому краю (подробнее) ФГБУ Филиал ФКП Росреестра по Хабаровскому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