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ловые машины - ЗТЛ, ЛМЗ, Электросила, Энергомаш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