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«Инвамед»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"Инвамед" (подробнее) Ответчики: ГУ Санкт-Петербургское региональное отделение Фонда социального страхования Российской Федерации (подробнее) Отделение Фонда пенсионного и социального страхования Российской Федерации по Санкт-Петербургу и Ленинградской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