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«Цветная радуга»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