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Ленинградской области «Бокситогорская межрайонная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