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ХАМОВНИЧЕСКИЙ МЕЖРАЙОННЫЙ ПРОКУРОР ГОРОДА МОСКВЫ СИТНИКОВ В.А.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