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Отдел МВД России по Успенскому р-ну (подробнее) Отдел Министерства Внутренних дел Российской Федерации по Успенскому району (подробнее) Ответчики: ООО Аквамир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