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«Машиностроительная компания «Нефтехимтрубодетальсервис»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"МАШИНОСТРОИТЕЛЬНАЯ КОМПАНИЯ "НЕФТЕХИМТРУБОДЕТАЛЬСЕРВИС" (подробнее) Ответчики: ООО "Страховая компания "Согласие" (подробнее) Иные лица: ГУ Управление по Пушкинскому району МЧС РОССИИ ПО Г. Санкт-Петербургу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