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«ЖЭУ ХИМСТАНДАРТ»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