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ИП Тимин Дмитрий Игоревич (подробнее) ООО "МОДТФИЛ" (подробнее) Ответчики: ООО НЬЮ-БОРН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