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ГУЗ Геленджикский психоневрологический диспансер Департамента здравоохранения КК (подробнее) Управление Федеральной антимонопольной службы по Краснодарскому краю (подробнее) УФАС по КК (подробнее) ФАС России (подробнее) Федеральная антимонопольная служба России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