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Северо-Кавказской электронной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"АКВА-СОК" (подробнее) Ответчики: СЕВЕРО-КАВКАЗСКАЯ ЭЛЕКТРОННАЯ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