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краевому государственному бюджетному учреждению здравоохранения «Алтайский краевой онкологический диспансер»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