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«Деловой Квартал»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