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Дзержинскому муниципальному унитарному предприятию «Энерго-коммунальное производственное объединение»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