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Лепешкину Александру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