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6 Главного управления Федеральной службы исполнения наказаний по Иркутской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"Исправительная колония №6 Главного управления Федеральной службы исполнения наказаний по Иркутской области" (подробнее) Ответчики: Федеральное Государственное бюджетное образовательное учреждение высшего образования "Иркутский национальный исследовательский технический университет"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