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«Промышленный строительный 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