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Фомичеву Сергею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