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Махортову Сергею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