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Трунову Антону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