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товариществу собственников жилья «Полюстрово-4»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