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26.12.2023,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«Современные Гладильные технологии»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"Торгово-производственная фирма "ГуДин" (подробнее) Ответчики: ООО "СОВРЕМЕННЫЕ ГЛАДИЛЬНЫЕ ТЕХНОЛОГИИ"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