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«Выучейского 16»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