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Государственному унитарному предприятию города Москвы «Медицинский центр Управления делами Мэра и Правительства Москвы»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ГУП города Москвы "Медицинский центр Управления делами Мэра и Правительства Москвы" (подробнее) Ответчики: ООО "МОСТЕХЛИФТ" (подробнее) ООО "Сфера" (подробнее) Управление Федеральной антимонопольной службы по г. Москве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