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Инструментальщики на Сапфире Возрождение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ИНСТРУМЕНТАЛЬЩИКИ НА САПФИРЕ ВОЗРОЖДЕНИЕ (подробнее) ООО к/у "Брест-Энерджи - С.В. Дегтяр (подробнее) Ответчики: ООО "КСК-строй"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