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«Феррумленд»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"Адмиралтейские верфи" (подробнее) Ответчики: ООО "Феррумленд"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