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Кировскому областному Территориальному фонду обязательного медицинского страхования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КОГБУЗ "Кирово-Чепецкая центральная районная больница" (подробнее) Ответчики: Государственное некоммерческое финансово-кредитное учреждение Кировский областной территориальный фонд обязательного медицинского страхования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