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Контрольно-ревизионной инспекции Архангельской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