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Мироненко Константину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