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Лапшиной Алле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