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«Стандарт»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"Стандарт" (подробнее) Ответчики: Центральный банк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