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«ЗПУ»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Федеральная таможенная служба (подробнее) Ответчики: ООО "ТОРГОВЫЙ ДОМ "ЗПУ"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