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«Монитор-Л»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 ЛЕНИНГРАДСКОЕ РЕГИОНАЛЬНОЕ ОТДЕЛЕНИЕ ФОНДА СОЦИАЛЬНОГО СТРАХОВАНИЯ РОССИЙСКОЙ ФЕДЕРАЦИИ (подробнее) Ответчики: ООО "Охранное предприятие "Монитор-Л"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