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«Медико-биологический союз – Технология»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