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«Маэстроверде РР»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Кеско-Краснодар (подробнее) Ответчики: ООО "Маэстроверде РР"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