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«Санкт-Петербург»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ФЕДЕРАЛЬНОЕ КАЗЕННОЕ УЧРЕЖДЕНИЕ "ЦЕНТРАЛЬНАЯ БАЗА ИЗМЕРИТЕЛЬНОЙ ТЕХНИКИ МИНИСТЕРСТВА РОССИЙСКОЙ ФЕДЕРАЦИИ ПО ДЕЛАМ ГРАЖДАНСКОЙ ОБОРОНЫ, ЧРЕЗВЫЧАЙНЫМ СИТУАЦИЯМ И ЛИКВИДАЦИИ ПОСЛЕДСТВИЙ СТИХИЙНЫХ БЕДСТВИЙ" (подробнее) Ответчики: ПАО "Банк "Санкт-Петербург"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