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Брызгалову Виктору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