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клиническому учреждению здравоохранения Ярославской области «Ярославская областная психиатрическая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