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«Белая Мебель»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"Белая мебель" (подробнее) Ответчики: Публично-правовая компания "Единый заказчик в сфере строительства"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