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«Тепло-энергетическое предприятие Богашево»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