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05.12.2023,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топливных решений»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"ЦЕНТР ТОПЛИВНЫХ РЕШЕНИЙ" (подробнее) Ответчики: АО ОСП по Новомосковскому УФССП России по Москве (подробнее) АО СПИ ОСП по Новомосковскому ГУФССП России по г. Москве Яковлев Н.Г. (подробнее) Главное управление Федеральной службы судебных приставов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