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регионального государственного контроля и лицензирования Правительства Хабаровского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